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 التربوية في الكتاب المدرسي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غالم/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crasc/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9789961813966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