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التبديد المدرسي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بوسنة/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9786661813997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