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processus d'apprentissage et difficultés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latifa kadi-ksouri/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9789961813980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