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littoral oranais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khadidja REMAOUN/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