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palèoenvironnement et stratigraphie des formations quaternaires de la region d'ain zerga(w.de tebessa)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abderrezak DJERRAB/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crasc/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11123451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