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وفقا لمقررات النحو العربيفي المعاهد والجامعات العربية الجزء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