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 وفقا لمقررات النحو العربي في المعاهد والجامعات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9879958800249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