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رحلة العبدري الشعرية - دراسة موضوعاتية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بلخير أحلام/ بورايو عبد الحفيظ (مشرفا)/ بريوة خالدة/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800210811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