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البعد التكاليفي في بناء إستراتيجية للمؤسسة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عبد النور/ بن عصمان محفوظ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