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عولمة النشاط المصرفي وإعادة تأهيل المنظومة المصرفية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ساحلي لزهر/ عبد الأمير السعد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