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أبعاد وظيفة السلوك الإداري بإستخدام نماذج كمية في منظمات الأعمال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نعمون مراد/ هوام جمعة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330124611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