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header1.xml" ContentType="application/vnd.openxmlformats-officedocument.wordprocessingml.header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package/2006/relationships/metadata/core-properties" Target="docProps/core.xml"/><Relationship Id="rId4" Type="http://schemas.openxmlformats.org/officeDocument/2006/relationships/extended-properties" Target="docProps/app.xml"/><Relationship Id="rId1" Type="http://schemas.openxmlformats.org/officeDocument/2006/relationships/officeDocument" Target="word/document.xml"/><Relationship Id="rId2" Type="http://schemas.openxmlformats.org/package/2006/relationships/metadata/thumbnail" Target="docProps/thumbnail.jpeg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>
      <w:pPr>
        <w:pStyle w:val="Heading1"/>
        <w:jc w:val="center"/>
      </w:pPr>
      <w:r>
        <w:t>إستخدام تقنيات التنبؤ في إتخاد القراربالمؤسسات الإقتصادية</w:t>
      </w:r>
    </w:p>
    <w:tbl>
      <w:tblPr>
        <w:tblStyle w:val="TableGrid"/>
        <w:tblW w:type="auto" w:w="0"/>
        <w:tblLayout w:type="fixed"/>
        <w:tblLook w:firstColumn="1" w:firstRow="1" w:lastColumn="0" w:lastRow="0" w:noHBand="0" w:noVBand="1" w:val="04A0"/>
      </w:tblPr>
      <w:tblGrid>
        <w:gridCol w:w="3000"/>
        <w:gridCol w:w="7000"/>
      </w:tblGrid>
      <w:tr>
        <w:trPr>
          <w:trHeight w:val="567"/>
        </w:trPr>
        <w:tc>
          <w:tcPr>
            <w:tcW w:type="dxa" w:w="4320"/>
            <w:vAlign w:val="center"/>
          </w:tcPr>
          <w:p>
            <w:r>
              <w:t>نوع الوثيقة</w:t>
            </w:r>
          </w:p>
        </w:tc>
        <w:tc>
          <w:tcPr>
            <w:tcW w:type="dxa" w:w="4320"/>
            <w:vAlign w:val="center"/>
          </w:tcPr>
          <w:p>
            <w:r>
              <w:t>أطروحة / مذكرة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اللغة</w:t>
            </w:r>
          </w:p>
        </w:tc>
        <w:tc>
          <w:tcPr>
            <w:tcW w:type="dxa" w:w="7000"/>
          </w:tcPr>
          <w:p>
            <w:r>
              <w:t>عربية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المؤلف</w:t>
            </w:r>
          </w:p>
        </w:tc>
        <w:tc>
          <w:tcPr>
            <w:tcW w:type="dxa" w:w="7000"/>
          </w:tcPr>
          <w:p>
            <w:r>
              <w:t xml:space="preserve">بوغازي فريدة/ ثلايجية نوة (مشرفا)/ 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عدد الصفحات</w:t>
            </w:r>
          </w:p>
        </w:tc>
        <w:tc>
          <w:tcPr>
            <w:tcW w:type="dxa" w:w="7000"/>
          </w:tcPr>
          <w:p>
            <w:r>
              <w:t>288ص.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القياس</w:t>
            </w:r>
          </w:p>
        </w:tc>
        <w:tc>
          <w:tcPr>
            <w:tcW w:type="dxa" w:w="7000"/>
          </w:tcPr>
          <w:p>
            <w:r>
              <w:t>30*21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شهادة</w:t>
            </w:r>
          </w:p>
        </w:tc>
        <w:tc>
          <w:tcPr>
            <w:tcW w:type="dxa" w:w="7000"/>
          </w:tcPr>
          <w:p>
            <w:r>
              <w:t>دكتوراه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سنة مناقشة الأطروحة</w:t>
            </w:r>
          </w:p>
        </w:tc>
        <w:tc>
          <w:tcPr>
            <w:tcW w:type="dxa" w:w="7000"/>
          </w:tcPr>
          <w:p>
            <w:r>
              <w:t>2015</w:t>
            </w:r>
          </w:p>
        </w:tc>
      </w:tr>
      <w:tr>
        <w:trPr>
          <w:trHeight w:val="567"/>
        </w:trPr>
        <w:tc>
          <w:tcPr>
            <w:tcW w:type="dxa" w:w="3000"/>
          </w:tcPr>
          <w:p>
            <w:r>
              <w:t>الرقم المعياري</w:t>
            </w:r>
          </w:p>
        </w:tc>
        <w:tc>
          <w:tcPr>
            <w:tcW w:type="dxa" w:w="7000"/>
          </w:tcPr>
          <w:p>
            <w:r>
              <w:t>330125311</w:t>
            </w:r>
          </w:p>
        </w:tc>
      </w:tr>
    </w:tbl>
    <w:p>
      <w:pPr>
        <w:pStyle w:val="Heading3"/>
      </w:pPr>
      <w:r>
        <w:t>ملخص</w:t>
      </w:r>
    </w:p>
    <w:p>
      <w:r>
        <w:t>None</w:t>
      </w:r>
    </w:p>
    <w:sectPr w:rsidR="00FC693F" w:rsidRPr="0006063C" w:rsidSect="00034616">
      <w:headerReference w:type="default" r:id="rId9"/>
      <w:pgSz w:w="12240" w:h="15840"/>
      <w:pgMar w:top="1440" w:right="1800" w:bottom="1440" w:left="180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panose1 w:val="00000000000000000000"/>
    <w:charset w:val="80"/>
    <w:family w:val="roman"/>
    <w:notTrueType/>
    <w:pitch w:val="fixed"/>
    <w:sig w:usb0="00000001" w:usb1="08070000" w:usb2="00000010" w:usb3="00000000" w:csb0="00020000" w:csb1="00000000"/>
  </w:font>
  <w:font w:name="Calibri">
    <w:panose1 w:val="020F0502020204030204"/>
    <w:charset w:val="00"/>
    <w:family w:val="auto"/>
    <w:pitch w:val="variable"/>
    <w:sig w:usb0="E10002FF" w:usb1="4000ACFF" w:usb2="00000009" w:usb3="00000000" w:csb0="0000019F" w:csb1="00000000"/>
  </w:font>
  <w:font w:name="ＭＳ ゴシック">
    <w:panose1 w:val="00000000000000000000"/>
    <w:charset w:val="80"/>
    <w:family w:val="modern"/>
    <w:notTrueType/>
    <w:pitch w:val="fixed"/>
    <w:sig w:usb0="00000001" w:usb1="08070000" w:usb2="00000010" w:usb3="00000000" w:csb0="00020000" w:csb1="00000000"/>
  </w:font>
  <w:font w:name="Courier">
    <w:panose1 w:val="02000500000000000000"/>
    <w:charset w:val="00"/>
    <w:family w:val="auto"/>
    <w:pitch w:val="variable"/>
    <w:sig w:usb0="00000003" w:usb1="00000000" w:usb2="00000000" w:usb3="00000000" w:csb0="00000001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header1.xml><?xml version="1.0" encoding="utf-8"?>
<w:hdr xmlns:m="http://schemas.openxmlformats.org/officeDocument/2006/math" xmlns:mc="http://schemas.openxmlformats.org/markup-compatibility/2006" xmlns:mo="http://schemas.microsoft.com/office/mac/office/2008/main" xmlns:mv="urn:schemas-microsoft-com:mac:vml" xmlns:o="urn:schemas-microsoft-com:office:office" xmlns:r="http://schemas.openxmlformats.org/officeDocument/2006/relationships" xmlns:v="urn:schemas-microsoft-com:vml" xmlns:w10="urn:schemas-microsoft-com:office:word" xmlns:w14="http://schemas.microsoft.com/office/word/2010/wordml" xmlns:w="http://schemas.openxmlformats.org/wordprocessingml/2006/main" xmlns:wne="http://schemas.microsoft.com/office/word/2006/wordml" xmlns:wp14="http://schemas.microsoft.com/office/word/2010/wordprocessingDrawing" xmlns:wp="http://schemas.openxmlformats.org/drawingml/2006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p14">
  <w:p>
    <w:pPr>
      <w:pStyle w:val="Header"/>
    </w:pPr>
  </w:p>
  <w:tbl>
    <w:tblPr>
      <w:tblW w:type="auto" w:w="0"/>
      <w:tblLook w:firstColumn="1" w:firstRow="1" w:lastColumn="0" w:lastRow="0" w:noHBand="0" w:noVBand="1" w:val="04A0"/>
    </w:tblPr>
    <w:tblGrid>
      <w:gridCol w:w="2880"/>
      <w:gridCol w:w="2880"/>
      <w:gridCol w:w="7200"/>
    </w:tblGrid>
    <w:tr>
      <w:tc>
        <w:tcPr>
          <w:tcW w:type="dxa" w:w="7200"/>
        </w:tcPr>
        <w:p>
          <w:r>
            <w:t>Abdel Hafid Boussouf University  of Mila</w:t>
          </w:r>
        </w:p>
      </w:tc>
      <w:tc>
        <w:tcPr>
          <w:tcW w:type="dxa" w:w="7200"/>
        </w:tcPr>
        <w:p/>
      </w:tc>
      <w:tc>
        <w:tcPr>
          <w:tcW w:type="dxa" w:w="7200"/>
        </w:tcPr>
        <w:p>
          <w:r>
            <w:t>30/07/2026</w:t>
          </w:r>
        </w:p>
      </w:tc>
    </w:tr>
  </w:tbl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>
    <w:abstractNumId w:val="8"/>
  </w:num>
  <w:num w:numId="2">
    <w:abstractNumId w:val="6"/>
  </w:num>
  <w:num w:numId="3">
    <w:abstractNumId w:val="5"/>
  </w:num>
  <w:num w:numId="4">
    <w:abstractNumId w:val="4"/>
  </w:num>
  <w:num w:numId="5">
    <w:abstractNumId w:val="7"/>
  </w:num>
  <w:num w:numId="6">
    <w:abstractNumId w:val="3"/>
  </w:num>
  <w:num w:numId="7">
    <w:abstractNumId w:val="2"/>
  </w:num>
  <w:num w:numId="8">
    <w:abstractNumId w:val="1"/>
  </w:num>
  <w:num w:numId="9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val="bestFit"/>
  <w:proofState w:spelling="clean" w:grammar="clean"/>
  <w:defaultTabStop w:val="720"/>
  <w:characterSpacingControl w:val="doNotCompress"/>
  <w:savePreviewPicture/>
  <w:compat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47730"/>
    <w:rsid w:val="00034616"/>
    <w:rsid w:val="0006063C"/>
    <w:rsid w:val="0015074B"/>
    <w:rsid w:val="0029639D"/>
    <w:rsid w:val="00326F90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4062061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  <w:pPr>
      <w:spacing w:before="240"/>
    </w:pPr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18" w:space="0" w:color="auto"/>
        <w:bottom w:val="single" w:sz="18" w:space="0" w:color="auto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bottom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bottom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bottom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bottom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bottom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bottom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bottom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Ind w:w="0" w:type="dxa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Ind w:w="0" w:type="dxa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Ind w:w="0" w:type="dxa"/>
      <w:tblBorders>
        <w:insideH w:val="single" w:sz="4" w:space="0" w:color="FFFFFF" w:themeColor="background1"/>
      </w:tblBorders>
      <w:tblCellMar>
        <w:top w:w="0" w:type="dxa"/>
        <w:left w:w="108" w:type="dxa"/>
        <w:bottom w:w="0" w:type="dxa"/>
        <w:right w:w="108" w:type="dxa"/>
      </w:tblCellMar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allowPNG/>
  <w:doNotSaveAsSingleFile/>
</w:webSettings>
</file>

<file path=word/_rels/document.xml.rels><?xml version='1.0' encoding='UTF-8' standalone='yes'?>
<Relationships xmlns="http://schemas.openxmlformats.org/package/2006/relationships"><Relationship Id="rId3" Type="http://schemas.openxmlformats.org/officeDocument/2006/relationships/styles" Target="styles.xml"/><Relationship Id="rId4" Type="http://schemas.microsoft.com/office/2007/relationships/stylesWithEffects" Target="stylesWithEffects.xml"/><Relationship Id="rId5" Type="http://schemas.openxmlformats.org/officeDocument/2006/relationships/settings" Target="settings.xml"/><Relationship Id="rId6" Type="http://schemas.openxmlformats.org/officeDocument/2006/relationships/webSettings" Target="webSettings.xml"/><Relationship Id="rId7" Type="http://schemas.openxmlformats.org/officeDocument/2006/relationships/fontTable" Target="fontTable.xml"/><Relationship Id="rId8" Type="http://schemas.openxmlformats.org/officeDocument/2006/relationships/theme" Target="theme/theme1.xml"/><Relationship Id="rId1" Type="http://schemas.openxmlformats.org/officeDocument/2006/relationships/customXml" Target="../customXml/item1.xml"/><Relationship Id="rId2" Type="http://schemas.openxmlformats.org/officeDocument/2006/relationships/numbering" Target="numbering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Macintosh Word</Application>
  <DocSecurity>0</DocSecurity>
  <Lines>0</Lines>
  <Paragraphs>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0</CharactersWithSpaces>
  <SharedDoc>false</SharedDoc>
  <HyperlinkBase/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/>
  <cp:revision>1</cp:revision>
  <dcterms:created xsi:type="dcterms:W3CDTF">2013-12-23T23:15:00Z</dcterms:created>
  <dcterms:modified xsi:type="dcterms:W3CDTF">2013-12-23T23:15:00Z</dcterms:modified>
  <cp:category/>
</cp:coreProperties>
</file>