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في دعم المؤسسات المصغرة في الجزائر دراسة مقارنة بين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بورنان مصطفى/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