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الصحية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بولصباع محمود/ كورتل فريد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