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سلوك المستهلك الجزائري تجاه المنتجات الغدائية الحلال تحليل لسلوك الشراء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الشيخ بوبكر الصديق/ رزيق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الجزائر -يوسف بن خدة-/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330126311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