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أبحاث اقتصادية وإدارية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العلوم الاقتصادية والتجارية وعلوم 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محمد خيضر - بسكرة/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جداول، رسومات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?????? ??????? ???????? ???????? ???????????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11127902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