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وتنمية الكفاءات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218-233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