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التنظيم والأساليب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العامة،التخطيط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