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الاخضر : من النظري الى 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بكدي/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