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يوسف مسعداوي/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9789957647278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