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الإعصار العلمي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9789957586331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