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القيادة الادارية الفعالة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