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المصارف الاسلامية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شقيري نوري موسى/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الحامد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332ص.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9789957660826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