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 الاقتصادي للدول العربية بين التحديات وفرص النمو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عبدالله شاهين/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9789957697495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