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الأسلوب في مقامات الوهراني :وصف بغداد ومدح الخليفة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خولة/ قريوي مريم/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