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في شعر الصعاليك :دراسة موازنة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خضراء/ حجاج نجاة/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