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"الرقص مع البوم"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