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هو الحب كذبتنا الصادقة"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بوناموس بشرى/ بوزراع فاطمة/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