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المجموعة القصصية " مراسي الماسي" لرحمة خطار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غوالمي إيناس/ مسعوداني رندة/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