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القصة الشاعرة في مجموعة "من ثقب الشتلات الأولى" لمحمد الشحات محمد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هاجر/ موسى يسمينة/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