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الندوات التربوبة في ترقية الأداء التربوي لمعلمي المرحلة الأبتدائية مادة اللغة العربية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إلهام/ جوي نادية/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