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القرينة النحوية في تحليل الخطاب القراني سورة النور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بلميلي ايمان/ قحامة خديجة/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