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التعليمية للمثل الشعبي في منطقة شلغوم العيد -دراسة ميدانية-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بالي إيمان/ بلخير شهرزاد/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