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السياق الكلامي بالتقعيد النحوي :دراسة مقارنة بين سيبويه والمناهج اللغوية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لمودع فريدة/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