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المستمر في ضو إصلاحات كتب الجيل الثاني الطور الثاني إبتدائي -أنمودجا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شلي رقية/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