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إستراتيجية التعليم المدمج في العملية التعليمية السنة أولى متوسط -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طويل شافية/ بوالفول سمية/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