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أهم المباحث اللسانية الحديثة -كتاب علم اللغة النفسي لعبد العزيز بن إبراهيم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بومهراس مريم/ قلقول صليحة/ بومصران نبيل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800285811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