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الحذف وأثره في تشكيلا المعني من المنظور التداولي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قنيفي سمية/ عميرة أمال/ ظريفة ياسة(مشرفا)/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800285911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