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قراءة في كتاب " السماع اللغوي ومفهوم الفصاحة" لعبد الرحمن حاج صالح -مقاربة تحليلية-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نويقس عفاف/ لفتاحة إكرام/ بكاكرية هاجر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176ص.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800286711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