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تعليمية العربية لذوي الاحتياجات الخاصة في المراكز الخاصة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قمري آمنة/ شبطة سعيدة/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