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المطالعة الموجهة في تنمية مهارة القراءة لدى تلاميد السنة الأولى متوسط "كتاب اللغة العربية"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نصيرة/ لعور سعاد/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