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الحديثة وأثرها على التحصيل الدراسي مركز التعليم المكثف للغات -جامعة ميلة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سالم أحلام/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