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علم الادارة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 جرادات/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9789957227814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