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سيميائية الشخصية في رواية اختلاط المواسم أو وليمة القتل الكبرى - لبشير مفتي-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زقرور عائدة/ ظافري زينب/ ضيف عبد المالك(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800288111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