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ألم الإغتراب وسؤل العودة في ديوان " شمس على مقاسي" للطيفة حرباوي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سلمى/ شحلاط ليلى/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