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الرضا الوظيفي في تحسين الأداء داخل المؤسسة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 إيمان/ مغلاوي سيرين/ بلحاج طارق(رئيسا)،بولصباع محمود(مناقشا)،بوهلالة سعاد(مشرفا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330130111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