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مجلس المنافسة في ضبط النشاط التسويقي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داكير بلال/ لبيض ليندة(رئيسا)،بعوش دليلة(مشرفا ومقررا)،بوعزة نضيرة(مناقشا)/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330130311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