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الانثربولوجية للامثال الشعبية في ديوان عبد الرحمان المجدوب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يسعدي هالة/ ناصر بعداش(مشرفا)/ مزهود فراح/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800288511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