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في رواية"سلالم ترولار"لسمير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عياش منوبة/ سارة بوحالة/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