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والاخر في رواية " الخلان "لأمين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فلة/ لكنوش أمال/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